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692000" cy="601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601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9468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